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החבר,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והמסרים המרכזיים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ספרותיים כמו מספר גיבור, רמז מטרים ופואנטה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מתוך הטקסט ולהשתמש בו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כתיבה אישית ויצירתית המבוססת על נושאי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הסיפור והסופרת – מכירים את אלזה מורנטה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רומא,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ילדות, משפחה, עוני ובדידות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הסיפור והסופרת – מילון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 על 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 הוא אדם בוגר שנזכר בעצמו כנער בן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יהירות היא גאווה, הרגשה של "אני יותר טוב"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הסיפור והסופרת – הבנה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עם הסיפור והסופרת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(כינוי של הערצה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(יפה מאוד במראה)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(שולחן או בימה של המורה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מהלך העלילה: מהערצה לבוז – זיהוי שלבים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הכינוי מבטא הערצה כמעט דתית כלפי החבר המושלם בעיני המספר.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אף אחד לא ביקר בביתו - הכיתה רק דמיינה שהוא עשיר ושהבית שלו כמו ארמון.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היה בכי כבד ומר, כמו בכי של מבוגר כואב, לא בכי של ילד רגיל.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הסיפור מראה איך גילוי העוני הוביל להרגשת רמייה ולבוז מצד הכיתה.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מהלך העלילה: מהערצה לבוז – התאמת שלבים לאירועים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(החבר המוערץ, שיער זהב וספרים אדומים ומבריקים)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(אישה מחכה לו בכל יום בשער ולוקחת את ילקוטו)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(החבר נקרא לקתדרה ופורץ בבכי מר וכבד)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(מתברר שהאם מתה והיא הייתה ה"משרתת"; הכיתה מגיבה בבוז)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מהלך העלילה: מהערצה לבוז – מרגע הבכי ועד הקרע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מעריץ את החבר ומכנה אותו בלבו "רב-מלאך"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מסתורית מחכה לחבר בשער בית הספר ולוקחת את ילקוטו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נקרא לקתדרה ופורץ בבכי מר, שונה מבכי של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מתברר שהאישה הייתה אמו שמתה, והכיתה מגיבה בבוז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המספר מגלה את החבר עובד כשוליה בחנות של הדוד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השניים מחליפים עלבונות - "חרשן" מול "בן של משרתת" - והמספר בורח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מהלך העלילה: מהערצה לבוז – מחשבה על הקשר בין הרגעים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לציין שהכיתה גילתה שהחבר עני ולא עשיר כפי שדמיינה, הרגישה מרומה, והבושה של החבר בעוני גרמה לדחייה ולבוז במקום לחמלה.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צריכה להראות שבשני המקרים החבר נחשף כפגיע ומתבייש, ומנסה (בחנות) להגן על כבודו בהתקפה - קשר של המשכיות בין בושה לפגיעות.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הדמויות ותכונותיהן – 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המספר (אאוגוסטו)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הדמויות ותכונותיהן – בדיקת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אמו של החבר, אך הוא אמר לכיתה שהיא המשרתת שלו כי התבייש 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הכיתה מתוארת כ'רגילים' לעומת החבר המיוחד, ומשמשת רקע לדמותו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הדוד מקבל אותו לביתו אבל מעמיד אותו לעבוד כשוליה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הדמויות ותכונותיהן – שיוך תכונות לדמויות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(מצטיין ושאפתן, מעריץ את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(יפה־תואר, מתבייש בעוני)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(מסורה ושקטה, שומרת על סוד 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(מעריצים מרחוק, מגיבים בבוז)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(מעמיד את החבר לעבוד כשוליה)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הדמויות ותכונותיהן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אמצעים ספרותיים: מספר גיבור ופואנטה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שהוא גם דמות בעלילה, מספר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פרט קטן שמכין את הקוראים למפנה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גילוי מפתיע שמאיר את כל הסיפור באור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אמצעים ספרותיים: מספר גיבור ופואנטה – תכונות היסוד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המספר, אאוגוסטו, הוא דמות ראשית בסיפור – לכן הוא מספר 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הגילוי הזה משנה את כל ההבנה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המספר הנער בן 13 וגם המספר המבוגר שמביט לאחור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אמצעים ספרותיים: מספר גיבור ופואנטה – זיהוי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החבר /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רב־מלאך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אמצעים ספרותיים: מספר גיבור ופואנטה – ניגודים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(בגד צר וקצר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(בושה גדולה בעוני)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(בוז הכיתה אחרי הגילוי)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(בכי מר כמו של 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נושאים ורעיונות לדיון וכתיבה – זיהוי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המספר מעריץ את החבר ומכנה אותו בלבו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איש לא ביקר בביתו, והכיתה דמיינה אותו כמו ארמון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הבושה במעמד הובילה אותו לומר שהאם היא המשרתת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המספר נושא חרטה ואהבה כל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נושאים ורעיונות לדיון וכתיבה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עוני ומעמד נמוך של משפחתו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"נדבק" גם למספר, שפגע בו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קל להצטרף לדעת הקבוצה מאשר להתנגד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נושאים ורעיונות לדיון וכתיבה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(חברות שעלולה להישבר בגלל הערצה גדולה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(הכיתה דמיינה עושר שלא התקיים במציאות)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(החבר התבייש באמו הפשוטה ובמעמדו הכלכלי)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(הבוז הקבוצתי השפיע גם על התנהגות המספר)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(המספר הבוגר נושא רגשות אשמה שנים 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נושאים ורעיונות לדיון וכתיבה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חיובי: הערצה והתפעלות אמיתית; שלילי: המספר לא עמד לצד החבר ברגע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כשהכיתה החלה לבזות את החבר – המספר יכול היה שלא להצטרף לבוז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דוגמה סבירה שבה אדם מסתיר מצב אמיתי מתוך בושה,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כן – המילים "חרשן" ו"בן של משרתת" נשארות עם שתי הדמויות שנים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תתאר מעבר מהערצה ושיפוט נוקם להבנה ולחרטה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נכון רמז (כמו הצמה הזהובה או החיוך המשותף) ותסביר איך הוא מרמז מראש על הקשר בין האם לחבר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תבחר נושא מתוך הרשימה (חברות, תדמית, בושה, אשמה) ותנמק באופן אישי ומבוסס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ארבעה עד חמישה שיעורים, בהתאם לרצף השיעורים המלא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במסלול חנ״מ מומלץ לצמצם את מספר השאלות הפתוחות ולהוסיף בנק מילים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את המילון החזותי לפני כל פרק ולהתמקד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בסוף כל פרק שאלת העמקה אחת מתוך מסלול ההעשרה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החבר,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בחוברת לפי סדר הפרקים – כל פרק מתבסס על מה שלמדתם בקודם. קראו כל קטע בעיון, ענו במשפטים שלמים, ואל תחששו לחזור לסיכום הסצנות אם שכחתם פרט.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עם הסיפור והסופרת – מכירים את אלזה מורנטה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רומא,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לונדון,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מדריד,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בדרך כלל כותבת אלזה מורנטה ביצירותיה?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ילדות, משפחה, עוני ובדידות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מלחמות וכיבושים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חלל וכוכבים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תחרותי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עם הסיפור והסופרת – מילון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אלזה מורנטה כתבה רומנים, סיפורים קצרים ושירה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בסיפור, המספר הוא ילד שמספר את הסיפור בזמן התרחשותו, בלי מבט לאחור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"יהירות" מתארת ענווה וצניעות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עם הסיפור והסופרת – הבנה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גימנסיה היא __________ מאירופה של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שלא מציית לכללים ומתנהג בחופשיות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שעזב את הלימודים, החבר עבד כ__________ בחנות של הדוד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עם הסיפור והסופרת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רב־מלאך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יפה מאוד במראה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יפה־תואר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כינוי של הערצה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שולחן או בימה של המורה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קתדרה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אישה שעובדת בבית של משפחה עשירה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מהלך העלילה: מהערצה לבוז – זיהוי שלבים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הסיפור המספר מעריץ את החבר וקורא לו בלבו "רב-מלאך".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ביקרה בבית של החבר, ולכן ידעה בוודאות שהוא עשיר.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בכה בכי קל וקצר כשנקרא לקתדרה להיבחן.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שהתגלה שהאישה הייתה אמו של החבר, הכיתה הגיבה בבוז ולא בחמלה.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מהלך העלילה: מהערצה לבוז – התאמת שלבים לאירועים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מתברר שהאם מתה והיא הייתה ה"משרתת"; הכיתה מגיבה בבוז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החבר נקרא לקתדרה ופורץ בבכי מר וכבד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החבר המוערץ, שיער זהב וספרים אדומים ומבריקים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התרה וסיום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אישה מחכה לו בכל יום בשער ולוקחת את ילקוטו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מהלך העלילה: מהערצה לבוז – מרגע הבכי ועד הקרע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מסתורית מחכה לחבר בשער בית הספר ולוקחת את ילקוטו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מחליפים עלבונות - "חרשן" מול "בן של משרתת" - והמספר בורח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מתברר שהאישה הייתה אמו שמתה, והכיתה מגיבה בבוז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נקרא לקתדרה ופורץ בבכי מר, שונה מבכי של 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מעריץ את החבר ומכנה אותו בלבו "רב-מלאך"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מגלה את החבר עובד כשוליה בחנות של הדוד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מהלך העלילה: מהערצה לבוז – מחשבה על הקשר בין הרגעים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בשניים-שלושה משפטים: למה גילוי הסוד על האם הפך את הערצת הכיתה לבוז?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הבכי ליד הקתדרה (חלק א') לבין חילופי העלבונות בחנות (חלק ב')? כתבו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הדמויות ותכונותיהן – היכרות עם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 בגוף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(אאוגוסטו)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 המספר לחבר בלבו, מתוך הערצה?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רב־מלאך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מעמיד את החבר לעבוד בחנות אחרי מות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הדמויות ותכונותיהן – בדיקת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שמחכה לחבר בשער בית הספר היא באמת משרתת.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הכיתה הם דמות קיבוצית המשמשת רקע מנוגד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הדוד בסיפור מגן על החבר ושומר על כבודו בכל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הדמויות ותכונותיהן – שיוך תכונות לדמויות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מעריצים מרחוק, מגיבים בבוז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מעמיד את החבר לעבוד כשוליה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מצטיין ושאפתן, מעריץ את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מסורה ושקטה, שומרת על סוד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יפה־תואר, מתבייש בעוני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הדמויות ותכונותיהן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מכנה את החבר בלבו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מות אמו, החבר עוזב את הלימודים ועובד כ__________ בחנות הדוד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בגילוי הסוד, בני הכיתה מגיבים ב__________ במקום בחמלה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אמצעים ספרותיים: מספר גיבור ופואנטה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מספר גיבור?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שרואה הכול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שהוא גם דמות בעלילה, 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שלא מופיע בסיפור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שמדבר בגוף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רמז מטרים?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קטן שמכין את הקוראים למפנה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פואנטה?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דמות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גילוי מפתיע שמאיר את כל הסיפור באור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דמויות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אמצעים ספרותיים: מספר גיבור ופואנטה – תכונות היסוד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בסיפור הוא דמות חיצונית שלא משתתפת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הפואנטה בסיפור היא הגילוי שהמשרתת היא אמו של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יש שני מישורי זמן – זמן ההתרחשות וזמן הסיפֵּר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אמצעים ספרותיים: מספר גיבור ופואנטה – זיהוי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הצחוק של החבר מתואר בדימוי: כמו __________ שנשארו צלולים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הצמה הזהובה של האם מרמזת על הקשר שלה אל __________ (רמז מטרים)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הכינוי שהמספר נותן לחבר בלבו, מתוך הערצה כמעט דתית,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אמצעים ספרותיים: מספר גיבור ופואנטה – ניגודים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שיער זהב וספרים אדומים מבריקים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בכי מר כמו של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יהירות וגאווה כלפי 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בוז הכיתה אחרי הגילוי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הערצה של הכיתה בהתחלה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בושה גדולה 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חיוך ילדותי צלול וטהור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צר וקצר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נושאים ורעיונות לדיון וכתיבה – זיהוי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עוסק בחברות שמלאה הערצה בין המספר לחבר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הכירה את בית החבר וידעה שמשפחתו ענייה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התבייש בעוני ובאמו הפשוטה, ולכן העמיד פנים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הבוגר שכח את הסיפור ולא חושב עליו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נושאים ורעיונות לדיון וכתיבה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בעיקר גרם לחבר להעמיד פנים ולהסתיר את האמת?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יופיו החיצוני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 ומעמד נמוך של משפחתו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הצלחתו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קרבתו למספר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לבוז של הכיתה כלפי החבר אחרי הגילוי?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"נדבק" גם למספר, שפגע בו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הפך לחמלה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השפיע על איש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האתר, למה קל יותר לבוז מאשר לחמול?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בוז דורש יותר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קל להצטרף לדעת הקבוצה מאשר להתנגד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חמלה אסורה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החבר ביקש בוז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נושאים ורעיונות לדיון וכתיבה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 והערצה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הבוז הקבוצתי השפיע גם על התנהגות המספר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המספר הבוגר נושא רגשות אשמה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עוני ובושה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הכיתה דמיינה עושר שלא התקיים במציאות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כוחה של החבורה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חברות שעלולה להישבר בגלל הערצה גדולה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אשמה וחרטה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החבר התבייש באמו הפשוטה ובמעמדו הכלכלי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נושאים ורעיונות לדיון וכתיבה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חיובי ומה שלילי בחברות בין המספר לחבר? כתבו משפט על כל צד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מתי, לדעתכם, יכול היה המספר לעצור את ההידרדרות ביחסים?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(מהחיים או מסיפור אחר) להעמדת פנים מתוך בושה, וכתבו משפט 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מילה אחת יכולה לפגוע לשנים? נמקו על פי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 משפטים מה השתנה בדמותו של המספר מתחילת הסיפור ועד סופו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שלכן/ם מהו רמז מטרים, והביאו דוגמה אחת מתוך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הנושא המרכזי שהכי נגע לכם בסיפור,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החבר,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