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החבר,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הסיפור, דמויותיו והמסרים המרכזיים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אמצעים ספרותיים כמו מספר גיבור, רמז מטרים ופואנטה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חדש מתוך הטקסט ולהשתמש בו בהקשר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כתיבה אישית ויצירתית המבוססת על נושאי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עם הסיפור והסופרת – מכירים את אלזה מורנטה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רומא, 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ילדות, משפחה, עוני ובדידות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עם הסיפור והסופרת – מילון המונחים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באתר על הסופרת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המספר הוא אדם בוגר שנזכר בעצמו כנער בן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יהירות היא גאווה, הרגשה של "אני יותר טוב"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עם הסיפור והסופרת – הבנה ושימוש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ספר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 עם הסיפור והסופרת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(כינוי של הערצה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(יפה מאוד במראה)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(אישה שעובדת בבית של משפחה עשירה)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(שולחן או בימה של המורה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מהלך העלילה: מהערצה לבוז – זיהוי שלבים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הכינוי מבטא הערצה כמעט דתית כלפי החבר המושלם בעיני המספר.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אף אחד לא ביקר בביתו - הכיתה רק דמיינה שהוא עשיר ושהבית שלו כמו ארמון.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היה בכי כבד ומר, כמו בכי של מבוגר כואב, לא בכי של ילד רגיל.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הסיפור מראה איך גילוי העוני הוביל להרגשת רמייה ולבוז מצד הכיתה.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מהלך העלילה: מהערצה לבוז – התאמת שלבים לאירועים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(החבר המוערץ, שיער זהב וספרים אדומים ומבריקים)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(אישה מחכה לו בכל יום בשער ולוקחת את ילקוטו)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(החבר נקרא לקתדרה ופורץ בבכי מר וכבד)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(מתברר שהאם מתה והיא הייתה ה"משרתת"; הכיתה מגיבה בבוז)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מהלך העלילה: מהערצה לבוז – מרגע הבכי ועד הקרע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המספר מעריץ את החבר ומכנה אותו בלבו "רב-מלאך"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 מסתורית מחכה לחבר בשער בית הספר ולוקחת את ילקוטו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נקרא לקתדרה ופורץ בבכי מר, שונה מבכי של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מתברר שהאישה הייתה אמו שמתה, והכיתה מגיבה בבוז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המספר מגלה את החבר עובד כשוליה בחנות של הדוד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השניים מחליפים עלבונות - "חרשן" מול "בן של משרתת" - והמספר בורח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מהלך העלילה: מהערצה לבוז – מחשבה על הקשר בין הרגעים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לציין שהכיתה גילתה שהחבר עני ולא עשיר כפי שדמיינה, הרגישה מרומה, והבושה של החבר בעוני גרמה לדחייה ולבוז במקום לחמלה.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צריכה להראות שבשני המקרים החבר נחשף כפגיע ומתבייש, ומנסה (בחנות) להגן על כבודו בהתקפה - קשר של המשכיות בין בושה לפגיעות.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הדמויות ותכונותיהן – היכרות עם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המספר (אאוגוסטו)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רב־מלאך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הדמויות ותכונותיהן – בדיקת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אמו של החבר, אך הוא אמר לכיתה שהיא המשרתת שלו כי התבייש בעוני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הכיתה מתוארת כ'רגילים' לעומת החבר המיוחד, ומשמשת רקע לדמותו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הדוד מקבל אותו לביתו אבל מעמיד אותו לעבוד כשוליה בחנות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הדמויות ותכונותיהן – שיוך תכונות לדמויות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(מצטיין ושאפתן, מעריץ את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(יפה־תואר, מתבייש בעוני)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(מסורה ושקטה, שומרת על סוד 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(מעריצים מרחוק, מגיבים בבוז)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(מעמיד את החבר לעבוד כשוליה)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הדמויות ותכונותיהן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רב־מלאך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אמצעים ספרותיים: מספר גיבור ופואנטה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שהוא גם דמות בעלילה, מספר בגוף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פרט קטן שמכין את הקוראים למפנה בהמשך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גילוי מפתיע שמאיר את כל הסיפור באור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אמצעים ספרותיים: מספר גיבור ופואנטה – תכונות היסוד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המספר, אאוגוסטו, הוא דמות ראשית בסיפור – לכן הוא מספר גיבור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הגילוי הזה משנה את כל ההבנה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המספר הנער בן 13 וגם המספר המבוגר שמביט לאחור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אמצעים ספרותיים: מספר גיבור ופואנטה – זיהוי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החבר / 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רב־מלאך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אמצעים ספרותיים: מספר גיבור ופואנטה – ניגודים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(בגד צר וקצר בחנות)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(בושה גדולה בעוני)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(בוז הכיתה אחרי הגילוי)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(בכי מר כמו של מבוגר)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נושאים ורעיונות לדיון וכתיבה – זיהוי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המספר מעריץ את החבר ומכנה אותו בלבו רב־מלאך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איש לא ביקר בביתו, והכיתה דמיינה אותו כמו ארמון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הבושה במעמד הובילה אותו לומר שהאם היא המשרתת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המספר נושא חרטה ואהבה כל חייו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נושאים ורעיונות לדיון וכתיבה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עוני ומעמד נמוך של משפחתו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"נדבק" גם למספר, שפגע בו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קל להצטרף לדעת הקבוצה מאשר להתנגד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נושאים ורעיונות לדיון וכתיבה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(חברות שעלולה להישבר בגלל הערצה גדולה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(הכיתה דמיינה עושר שלא התקיים במציאות)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(החבר התבייש באמו הפשוטה ובמעמדו הכלכלי)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(הבוז הקבוצתי השפיע גם על התנהגות המספר)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(המספר הבוגר נושא רגשות אשמה שנים 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נושאים ורעיונות לדיון וכתיבה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חיובי: הערצה והתפעלות אמיתית; שלילי: המספר לא עמד לצד החבר ברגע הקשה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כשהכיתה החלה לבזות את החבר – המספר יכול היה שלא להצטרף לבוז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דוגמה סבירה שבה אדם מסתיר מצב אמיתי מתוך בושה, עם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כן – המילים "חרשן" ו"בן של משרתת" נשארות עם שתי הדמויות שנים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תתאר מעבר מהערצה ושיפוט נוקם להבנה ולחרטה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תזהה נכון רמז (כמו הצמה הזהובה או החיוך המשותף) ותסביר איך הוא מרמז מראש על הקשר בין האם לחבר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תבחר נושא מתוך הרשימה (חברות, תדמית, בושה, אשמה) ותנמק באופן אישי ומבוסס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ארבעה עד חמישה שיעורים, בהתאם לרצף השיעורים המלא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במסלול חנ״מ מומלץ לצמצם את מספר השאלות הפתוחות ולהוסיף בנק מילים לכל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לשלב את המילון החזותי לפני כל פרק ולהתמקד במשפטים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בסוף כל פרק שאלת העמקה אחת מתוך מסלול ההעשרה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החבר,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פתחו את החוברת ועבדו פרק אחרי פרק. קראו לאט, ענו בכתב, ואפשר לחזור ולבדוק בסיכום אם לא זוכרים משהו.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רב־מלאך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הערצה שהמספר נותן לחבר, כאילו הוא מושלם ונעלה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גיבור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שהוא גם דמות בסיפור, ולכן התמונה שהוא מציג סובייקטיבית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 מטרים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קטן בתחילת הסיפור שמכין אותנו להפתעה בהמשך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פואנטה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שבו מתגלה האמת ומאיר את כל הסיפור באור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תדמית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התמונה שאנשים בונים על מישהו, לפעמים בלי להכיר אותו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קשה שגורמת להעמדת פנים ולהסתרת האמת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צער עמוק על מעשה או מילה שנאמרה בעבר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נער צעיר שעובד ולומד מקצוע אצל בעל מלאכה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מסויגת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מישהי ששומרת מרחק ולא פותחת את עצמה בקלות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קתדרה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השולחן או הבימה של המורה בקדמת 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 עם הסיפור והסופרת – מכירים את אלזה מורנטה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עיר הסופרת?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רומא,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פריז,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לונדון, 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מדריד,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נושאים מופיעים אצלה?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ילדות, משפחה, עוני ובדידות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מלחמות וכיבושים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חלל וכוכבים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 תחרותי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 עם הסיפור והסופרת – מילון 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אלזה מורנטה כתבה רומנים, סיפורים קצרים ושירה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בסיפור, המספר הוא ילד שמספר את הסיפור בזמן התרחשותו, בלי מבט לאחור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"יהירות" מתארת ענווה וצניעות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 עם הסיפור והסופרת – הבנה ושימוש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גימנסיה היא __________ מאירופה של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שלא מציית לכללים ומתנהג בחופשיות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שעזב את הלימודים, החבר עבד כ__________ בחנות של הדוד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היכרות עם הסיפור והסופרת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רב־מלאך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שולחן או בימה של המורה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יפה־תואר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אישה שעובדת בבית של משפחה עשירה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משרתת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כינוי של הערצה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קתדרה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יפה מאוד במראה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מהלך העלילה: מהערצה לבוז – זיהוי שלבים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הסיפור המספר מעריץ את החבר וקורא לו בלבו "רב-מלאך".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ביקרה בבית של החבר, ולכן ידעה בוודאות שהוא עשיר.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בכה בכי קל וקצר כשנקרא לקתדרה להיבחן.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שהתגלה שהאישה הייתה אמו של החבר, הכיתה הגיבה בבוז ולא בחמלה.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מהלך העלילה: מהערצה לבוז – התאמת שלבים לאירועים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 - חלק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מתברר שהאם מתה והיא הייתה ה"משרתת"; הכיתה מגיבה בבוז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סיבוך - חלק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החבר נקרא לקתדרה ופורץ בבכי מר וכבד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שיא - חלק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החבר המוערץ, שיער זהב וספרים אדומים ומבריקים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התרה וסיום - חלק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אישה מחכה לו בכל יום בשער ולוקחת את ילקוטו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מהלך העלילה: מהערצה לבוז – מרגע הבכי ועד הקרע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מגלה את החבר עובד כשוליה בחנות של הדוד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נקרא לקתדרה ופורץ בבכי מר, שונה מבכי של ילד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מעריץ את החבר ומכנה אותו בלבו "רב-מלאך"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השניים מחליפים עלבונות - "חרשן" מול "בן של משרתת" - והמספר בורח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מתברר שהאישה הייתה אמו שמתה, והכיתה מגיבה בבוז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מסתורית מחכה לחבר בשער בית הספר ולוקחת את ילקוטו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מהלך העלילה: מהערצה לבוז – מחשבה על הקשר בין הרגעים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בשניים-שלושה משפטים: למה גילוי הסוד על האם הפך את הערצת הכיתה לבוז?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הבכי ליד הקתדרה (חלק א') לבין חילופי העלבונות בחנות (חלק ב')? כתבו 2-3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הדמויות ותכונותיהן – היכרות עם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מספר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(אאוגוסטו)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המספר קורא לחבר בלב?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רב־מלאך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נותן לחבר עבודה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אאוגוסטו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הדמויות ותכונותיהן – בדיקת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שמחכה לחבר בשער בית הספר היא באמת משרתת.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הכיתה הם דמות קיבוצית המשמשת רקע מנוגד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הדוד בסיפור מגן על החבר ושומר על כבודו בכל 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הדמויות ותכונותיהן – שיוך תכונות לדמויות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יפה־תואר, מתבייש בעוני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מסורה ושקטה, שומרת על סוד 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מצטיין ושאפתן, מעריץ את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בני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מעמיד את החבר לעבוד כשוליה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מעריצים מרחוק, מגיבים בבוז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הדמויות ותכונותיהן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המספר מכנה את החבר בלבו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מות אמו, החבר עוזב את הלימודים ועובד כ__________ בחנות הדוד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בגילוי הסוד, בני הכיתה מגיבים ב__________ במקום בחמלה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אמצעים ספרותיים: מספר גיבור ופואנטה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למספר שהוא גם דמות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שרואה הכול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שהוא גם דמות בעלילה, מספר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שלא מופיע בסיפור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שמדבר בגוף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רמז מטרים?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פרט קטן שמכין את הקוראים למפנה בהמשך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בפואנטה?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של דמות משנית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גילוי מפתיע שמאיר את כל הסיפור באור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דמויות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אמצעים ספרותיים: מספר גיבור ופואנטה – תכונות היסוד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בסיפור הוא דמות חיצונית שלא משתתפת בעלילה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הפואנטה בסיפור היא הגילוי שהמשרתת היא אמו של החבר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יש שני מישורי זמן – זמן ההתרחשות וזמן הסיפֵּר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אמצעים ספרותיים: מספר גיבור ופואנטה – זיהוי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הצחוק של החבר מתואר בדימוי: כמו __________ שנשארו צלולים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הצמה הזהובה של האם מרמזת על הקשר שלה אל __________ (רמז מטרים)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הכינוי שהמספר נותן לחבר בלבו, מתוך הערצה כמעט דתית,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אמצעים ספרותיים: מספר גיבור ופואנטה – ניגודים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שיער זהב וספרים אדומים מבריקים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בושה גדולה בעוני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יהירות וגאווה כלפי 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בוז הכיתה אחרי הגילוי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הערצה של הכיתה בהתחלה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בכי מר כמו של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חיוך ילדותי צלול וטהור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בגד צר וקצר בחנות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נושאים ורעיונות לדיון וכתיבה – זיהוי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עוסק בחברות שמלאה הערצה בין המספר לחבר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הכירה את בית החבר וידעה שמשפחתו ענייה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התבייש בעוני ובאמו הפשוטה, ולכן העמיד פנים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הבוגר שכח את הסיפור ולא חושב עליו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נושאים ורעיונות לדיון וכתיבה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החבר שיקר שהאם היא המשרתת?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יופיו החיצוני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עוני ומעמד נמוך של משפחתו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הצלחתו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קרבתו למספר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הגיב המספר אחרי שהכיתה בזה לחבר?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נעלם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"נדבק" גם למספר, שפגע בו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הפך לחמלה 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השפיע על איש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קשה להרגיש חמלה כשכולם בוזים?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בוז דורש יותר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קל להצטרף לדעת הקבוצה מאשר להתנגד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חמלה אסורה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החבר ביקש בוז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נושאים ורעיונות לדיון וכתיבה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חברות והערצה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החבר התבייש באמו הפשוטה ובמעמדו הכלכלי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תדמית מול מציאות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חברות שעלולה להישבר בגלל הערצה גדולה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עוני ובושה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המספר הבוגר נושא רגשות אשמה שנים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כוחה של החבורה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הכיתה דמיינה עושר שלא התקיים במציאות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אשמה וחרטה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הבוז הקבוצתי השפיע גם על התנהגות המספר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נושאים ורעיונות לדיון וכתיבה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חיובי ומה שלילי בחברות בין המספר לחבר? כתבו משפט על כל צד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מתי, לדעתכם, יכול היה המספר לעצור את ההידרדרות ביחסים?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(מהחיים או מסיפור אחר) להעמדת פנים מתוך בושה, וכתבו משפט הסבר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מילה אחת יכולה לפגוע לשנים? נמקו על פי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בשתי משפטים מה השתנה בדמותו של המספר מתחילת הסיפור ועד סופו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שלכן/ם מהו רמז מטרים, והביאו דוגמה אחת מתוך 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הנושא המרכזי שהכי נגע לכם בסיפור,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החבר,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