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החבר,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הסיפור, דמויותיו והמסרים המרכזיים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אמצעים ספרותיים כמו מספר גיבור, רמז מטרים ופואנטה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חדש מתוך הטקסט ולהשתמש בו בהקשר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כתיבה אישית ויצירתית המבוססת על נושאי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עם הסיפור והסופרת – מכירים את אלזה מורנטה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רומא,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ילדות, משפחה, עוני ובדידות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עם הסיפור והסופרת – מילון המונחים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באתר על הסופרת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המספר הוא אדם בוגר שנזכר בעצמו כנער בן 13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עם הסיפור והסופרת – הבנה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ספר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עם הסיפור והסופרת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(כינוי של הערצה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(יפה מאוד במראה)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(אישה שעובדת בבית של משפחה עשירה)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(שולחן או בימה של המורה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מהלך העלילה: מהערצה לבוז – זיהוי שלבים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הכינוי מבטא הערצה כמעט דתית כלפי החבר המושלם בעיני המספר.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אף אחד לא ביקר בביתו - הכיתה רק דמיינה שהוא עשיר ושהבית שלו כמו ארמון.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היה בכי כבד ומר, כמו בכי של מבוגר כואב, לא בכי של ילד רגיל.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מהלך העלילה: מהערצה לבוז – התאמת שלבים לאירועים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(החבר המוערץ, שיער זהב וספרים אדומים ומבריקים)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(אישה מחכה לו בכל יום בשער ולוקחת את ילקוטו)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(החבר נקרא לקתדרה ופורץ בבכי מר וכבד)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(מתברר שהאם מתה והיא הייתה ה"משרתת"; הכיתה מגיבה בבוז)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מהלך העלילה: מהערצה לבוז – מרגע הבכי ועד הקרע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מעריץ את החבר ומכנה אותו בלבו "רב-מלאך"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מסתורית מחכה לחבר בשער בית הספר ולוקחת את ילקוטו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נקרא לקתדרה ופורץ בבכי מר, שונה מבכי של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מתברר שהאישה הייתה אמו שמתה, והכיתה מגיבה בבוז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מהלך העלילה: מהערצה לבוז – מחשבה על הקשר בין הרגעים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הדמויות ותכונותיהן – היכרות עם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המספר (אאוגוסטו)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רב־מלאך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הדמויות ותכונותיהן – בדיקת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אמו של החבר, אך הוא אמר לכיתה שהיא המשרתת שלו כי התבייש בעוני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הכיתה מתוארת כ'רגילים' לעומת החבר המיוחד, ומשמשת רקע לדמותו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הדמויות ותכונותיהן – שיוך תכונות לדמויות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(מצטיין ושאפתן, מעריץ את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(יפה־תואר, מתבייש בעוני)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(מסורה ושקטה, שומרת על סוד 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(מעריצים מרחוק, מגיבים בבוז)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הדמויות ותכונותיהן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אמצעים ספרותיים: מספר גיבור ופואנטה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שהוא גם דמות בעלילה, מספר בגוף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פרט קטן שמכין את הקוראים למפנה בהמשך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אמצעים ספרותיים: מספר גיבור ופואנטה – תכונות היסוד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המספר, אאוגוסטו, הוא דמות ראשית בסיפור – לכן הוא מספר גיבור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הגילוי הזה משנה את כל ההבנה של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אמצעים ספרותיים: מספר גיבור ופואנטה – זיהוי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החבר / 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אמצעים ספרותיים: מספר גיבור ופואנטה – ניגודים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(בגד צר וקצר בחנות)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(בושה גדולה בעוני)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(בוז הכיתה אחרי הגילוי)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(בכי מר כמו של מבוגר)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נושאים ורעיונות לדיון וכתיבה – זיהוי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המספר מעריץ את החבר ומכנה אותו בלבו רב־מלאך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איש לא ביקר בביתו, והכיתה דמיינה אותו כמו ארמון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הבושה במעמד הובילה אותו לומר שהאם היא המשרתת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נושאים ורעיונות לדיון וכתיבה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עוני ומעמד נמוך של משפחתו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"נדבק" גם למספר, שפגע בו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נושאים ורעיונות לדיון וכתיבה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(חברות שעלולה להישבר בגלל הערצה גדולה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(הכיתה דמיינה עושר שלא התקיים במציאות)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(החבר התבייש באמו הפשוטה ובמעמדו הכלכלי)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(הבוז הקבוצתי השפיע גם על התנהגות המספר)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נושאים ורעיונות לדיון וכתיבה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חיובי: הערצה והתפעלות אמיתית; שלילי: המספר לא עמד לצד החבר ברגע הקשה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תתאר מעבר מהערצה ושיפוט נוקם להבנה ולחרטה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תזהה נכון רמז (כמו הצמה הזהובה או החיוך המשותף) ותסביר איך הוא מרמז מראש על הקשר בין האם לחבר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תבחר נושא מתוך הרשימה (חברות, תדמית, בושה, אשמה) ותנמק באופן אישי ומבוסס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ארבעה עד חמישה שיעורים, בהתאם לרצף השיעורים המלא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במסלול חנ״מ מומלץ לצמצם את מספר השאלות הפתוחות ולהוסיף בנק מילים לכל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לשלב את המילון החזותי לפני כל פרק ולהתמקד 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בסוף כל פרק שאלת העמקה אחת מתוך מסלול ההעשרה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החבר,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בחוברת לפי סדר הפרקים – כל פרק מתבסס על מה שלמדתם בקודם. קראו כל קטע בעיון, ענו במשפטים שלמים, ואל תחששו לחזור לסיכום הסצנות אם שכחתם פרט.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מים  ·  שוליה  ·  החבר / בנה  ·  בית ספר תיכון  ·  רב־מלאך  ·  מרדן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היכרות עם הסיפור והסופרת – מכירים את אלזה מורנטה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נולדה אלזה מורנטה?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רומא,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פריז,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לונדון, 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בדרך כלל כותבת אלזה מורנטה ביצירותיה?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ילדות, משפחה, עוני ובדידות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מלחמות וכיבושים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חלל וכוכבים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היכרות עם הסיפור והסופרת – מילון המונחים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אלזה מורנטה כתבה רומנים, סיפורים קצרים ושירה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בסיפור, המספר הוא ילד שמספר את הסיפור בזמן התרחשותו, בלי מבט לאחור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היכרות עם הסיפור והסופרת – הבנה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גימנסיה היא __________ מאירופה של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שלא מציית לכללים ומתנהג בחופשיות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היכרות עם הסיפור והסופרת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רב־מלאך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שולחן או בימה של המורה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יפה־תואר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אישה שעובדת בבית של משפחה עשירה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משרתת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כינוי של הערצה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קתדרה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יפה מאוד במראה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מהלך העלילה: מהערצה לבוז – זיהוי שלבים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בתחילת הסיפור המספר מעריץ את החבר וקורא לו בלבו "רב-מלאך".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הכיתה ביקרה בבית של החבר, ולכן ידעה בוודאות שהוא עשיר.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החבר בכה בכי קל וקצר כשנקרא לקתדרה להיבחן.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מהלך העלילה: מהערצה לבוז – התאמת שלבים לאירועים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מתברר שהאם מתה והיא הייתה ה"משרתת"; הכיתה מגיבה בבוז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סיבוך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החבר נקרא לקתדרה ופורץ בבכי מר וכבד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שיא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אישה מחכה לו בכל יום בשער ולוקחת את ילקוטו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התרה וסיום - חלק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החבר המוערץ, שיער זהב וספרים אדומים ומבריקים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מהלך העלילה: מהערצה לבוז – מרגע הבכי ועד הקרע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החבר נקרא לקתדרה ופורץ בבכי מר, שונה מבכי של ילד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מתברר שהאישה הייתה אמו שמתה, והכיתה מגיבה בבוז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אישה מסתורית מחכה לחבר בשער בית הספר ולוקחת את ילקוטו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מעריץ את החבר ומכנה אותו בלבו "רב-מלאך"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מהלך העלילה: מהערצה לבוז – מחשבה על הקשר בין הרגעים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הדמויות ותכונותיהן – היכרות עם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מספר את הסיפור בגוף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המספר (אאוגוסטו)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 המספר לחבר בלבו, מתוך הערצה?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רב־מלאך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חרשן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הדמויות ותכונותיהן – בדיקת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האישה שמחכה לחבר בשער בית הספר היא באמת משרתת.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 הכיתה הם דמות קיבוצית המשמשת רקע מנוגד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הדמויות ותכונותיהן – שיוך תכונות לדמויות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מעריצים מרחוק, מגיבים בבוז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מצטיין ושאפתן, מעריץ את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יפה־תואר, מתבייש בעוני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בני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מסורה ושקטה, שומרת על סוד 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הדמויות ותכונותיהן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המספר מכנה את החבר בלבו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מות אמו, החבר עוזב את הלימודים ועובד כ__________ בחנות הדוד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אמצעים ספרותיים: מספר גיבור ופואנטה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מספר גיבור?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שרואה הכול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שהוא גם דמות בעלילה, מספר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שלא מופיע בסיפור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רמז מטרים?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פרט קטן שמכין את הקוראים למפנה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תיאור של מקום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אמצעים ספרותיים: מספר גיבור ופואנטה – תכונות היסוד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בסיפור הוא דמות חיצונית שלא משתתפת בעלילה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הפואנטה בסיפור היא הגילוי שהמשרתת היא אמו של החבר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אמצעים ספרותיים: מספר גיבור ופואנטה – זיהוי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הצחוק של החבר מתואר בדימוי: כמו __________ שנשארו צלולים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הצמה הזהובה של האם מרמזת על הקשר שלה אל __________ (רמז מטרים)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אמצעים ספרותיים: מספר גיבור ופואנטה – ניגודים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שיער זהב וספרים אדומים מבריקים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בושה גדולה בעוני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יהירות וגאווה כלפי 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בכי מר כמו של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הערצה של הכיתה בהתחלה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בוז הכיתה אחרי הגילוי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חיוך ילדותי צלול וטהור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בגד צר וקצר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נושאים ורעיונות לדיון וכתיבה – זיהוי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עוסק בחברות שמלאה הערצה בין המספר לחבר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הכיתה הכירה את בית החבר וידעה שמשפחתו ענייה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החבר התבייש בעוני ובאמו הפשוטה, ולכן העמיד פנים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נושאים ורעיונות לדיון וכתיבה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בעיקר גרם לחבר להעמיד פנים ולהסתיר את האמת?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יופיו החיצוני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עוני ומעמד נמוך של משפחתו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הצלחתו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לבוז של הכיתה כלפי החבר אחרי הגילוי?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נעלם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"נדבק" גם למספר, שפגע בו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הפך לחמלה מיידית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נושאים ורעיונות לדיון וכתיבה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חברות והערצה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החבר התבייש באמו הפשוטה ובמעמדו הכלכלי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תדמית מול מציאות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הבוז הקבוצתי השפיע גם על התנהגות המספר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עוני ובושה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חברות שעלולה להישבר בגלל הערצה גדולה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כוחה של החבורה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הכיתה דמיינה עושר שלא התקיים במציאות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5 · נושאים ורעיונות לדיון וכתיבה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חיובי ומה שלילי בחברות בין המספר לחבר? כתבו משפט על כל צד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בשתי משפטים מה השתנה בדמותו של המספר מתחילת הסיפור ועד סופו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במילים שלכן/ם מהו רמז מטרים, והביאו דוגמה אחת מתוך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החבר,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